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WNIOSEK O WYDANIE ZAŚWIADCZENIA O ZDARZENIU DROGOWYM</w:t>
      </w:r>
    </w:p>
    <w:p/>
    <w:p>
      <w:pPr>
        <w:jc w:val="right"/>
      </w:pPr>
      <w:r>
        <w:t>[Miejscowość, data]</w:t>
      </w:r>
    </w:p>
    <w:p/>
    <w:p>
      <w:r>
        <w:t>[Imię i nazwisko]</w:t>
      </w:r>
    </w:p>
    <w:p>
      <w:r>
        <w:t>[Adres]</w:t>
      </w:r>
    </w:p>
    <w:p>
      <w:r>
        <w:t>[Telefon: opcjonalnie]</w:t>
      </w:r>
    </w:p>
    <w:p/>
    <w:p>
      <w:pPr>
        <w:jc w:val="right"/>
      </w:pPr>
      <w:r>
        <w:t>Do [oznaczenie właściwego organu / jednostki Policji]</w:t>
        <w:br/>
        <w:t>[Adres]</w:t>
      </w:r>
    </w:p>
    <w:p/>
    <w:p>
      <w:pPr>
        <w:jc w:val="both"/>
      </w:pPr>
      <w:r>
        <w:t>Na podstawie art. 217 § 2 pkt 2 oraz art. 218 § 1 Kodeksu postępowania administracyjnego wnoszę o wydanie zaświadczenia potwierdzającego:</w:t>
      </w:r>
    </w:p>
    <w:p/>
    <w:p>
      <w:pPr>
        <w:pStyle w:val="ListNumber"/>
        <w:spacing w:after="20"/>
      </w:pPr>
      <w:r>
        <w:t>mój udział w zdarzeniu z dnia [data] w miejscowości [miejsce] jako [kierowca / pasażer / pieszy / inne: wskazać];</w:t>
      </w:r>
    </w:p>
    <w:p>
      <w:pPr>
        <w:pStyle w:val="ListNumber"/>
        <w:spacing w:after="20"/>
      </w:pPr>
      <w:r>
        <w:t>[inne konkretnie wskazane fakty potrzebne w danej sprawie].</w:t>
      </w:r>
    </w:p>
    <w:p/>
    <w:p>
      <w:r>
        <w:t>Dane ułatwiające odnalezienie sprawy: [numer sprawy, jeśli znany; pojazd i numer rejestracyjny; przybliżona godzina].</w:t>
      </w:r>
    </w:p>
    <w:p/>
    <w:p>
      <w:r>
        <w:t>Mój interes prawny w uzyskaniu zaświadczenia polega na [opisać, np. dochodzeniu roszczenia z tytułu szkody powstałej wskutek tego zdarzenia]. Dokument zamierzam przedłożyć do ubezpieczyciela.</w:t>
      </w:r>
    </w:p>
    <w:p/>
    <w:p>
      <w:r>
        <w:t>[Załączam potwierdzenie uiszczenia opłaty skarbowej / wskazuję podstawę wyłączenia lub zwolnienia: …].</w:t>
      </w:r>
    </w:p>
    <w:p>
      <w:r>
        <w:t>Proszę o [wskazać oczekiwany sposób przekazania dokumentu, zgodny z dostępnymi możliwościami i przepisami].</w:t>
      </w:r>
    </w:p>
    <w:p>
      <w:pPr>
        <w:jc w:val="right"/>
      </w:pPr>
      <w:r>
        <w:t>[Podpis: dla pisma papierowego]</w:t>
      </w:r>
    </w:p>
    <w:p/>
    <w:p>
      <w:r>
        <w:t>Załączniki: [potwierdzenie opłaty, jeżeli należna; dokument pełnomocnictwa, jeśli dotyczy; pozostałe potrzebne dokumenty].</w:t>
      </w:r>
    </w:p>
    <w:p/>
    <w:p/>
    <w:p/>
    <w:p/>
    <w:p>
      <w:pPr>
        <w:spacing w:before="80"/>
      </w:pPr>
      <w:r>
        <w:rPr>
          <w:b/>
        </w:rPr>
        <w:t>WAŻNE</w:t>
      </w:r>
    </w:p>
    <w:p>
      <w:r>
        <w:t>Ten wzór dotyczy zaświadczenia o zdarzeniu drogowym. Nie jest uniwersalnym wzorem wniosku o kopię każdej policyjnej notatki ani o dostęp do akt.</w:t>
      </w:r>
    </w:p>
    <w:p>
      <w:r>
        <w:t>Przed złożeniem pisma sprawdź nazwę dokumentu wymaganego przez ubezpieczyciela oraz aktualne instrukcje właściwej jednostki Policji. Pola w nawiasach kwadratowych należy uzupełnić lub usunąć.</w:t>
      </w:r>
    </w:p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JakUzyskacOdszkodowanie.pl — wzór pomocniczy, treść poradnika zaktualizowana 15.09.2026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zdarzeniu drogowym — wzór</dc:title>
  <dc:subject/>
  <dc:creator>JakUzyskacOdszkodowanie.pl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